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«Биотранс СП»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Межрегиональное управление Федеральной службы по регулированию алкогольного рынка по Северо-Западному федеральному округу (подробнее) Ответчики: АО "Биотранс СП"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