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Администрация городского округа Рефтинский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