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«Управляющая компания «Левобережье»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ЗАО "Управляющая компания "Левобережье" (подробнее) Ответчики: Государственная жилищная инспекция Омской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