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«Журавушка»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ООО "Журавушка"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