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«Евроизол»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"Евроизол" (подробнее) Ответчики: Инспекция Федеральной налоговой службы по Засвияжскому району г. Ульяновска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