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«Аурат»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"Аурат" (подробнее) Россия, Москва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