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«Арбат»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"АРБАТ" (подробнее) Ответчики: Администрация сельского поселения Троицкий сельсовет Лев Толстовского муниципального района Липецкой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