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«ТНС Энерго НН»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"ТНС энерго НН" (подробнее) Ответчики: Управление Федеральной налоговой службы по Нижегородской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