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Северо-Кавказскому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"Кавмининтер" (подробнее) Ответчики: СЕВЕРО-КАВКАЗСКОЕ МЕЖРЕГИОНАЛЬНОЕ УПРАВЛЕНИЕ ФЕДЕРАЛЬНОЙ СЛУЖБЫ ПО НАДЗОРУ В СФЕРЕ ПРИРОДОПОЛЬЗОВАНИЯ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