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Калина Нина Вячеславовна (подробнее) ООО "КОМПАНИЯ ИНЖЕНЕР СТРОЙ" (подробнее) Ответчики: СЕЛЬСКОХОЗЯЙСТВЕННЫЙ "ИМЕНИ ВАХИТОВА"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