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Нижегородской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"Нижэкология-НН" (подробнее) Ответчики: Государственная жилищная инспекция Нижегородской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