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«Острова»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"УПРАВЛЯЮЩАЯ КОМПАНИЯ "ОСТРОВА" (подробнее) Ответчики: Государственная жилищная инспекция Санкт-Петербурга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