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«Полное доверие»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"Полное доверие" (подробнее) Ответчики: ИФНС России №5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