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Красноярскому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"Норильскгазпром" (подробнее) Ответчики: ГУ Красноярское региональное отделение Фонда социального страхования Российской Федерации (подробнее) Филиал №14 государственного учреждения - Красноярского регионального отделения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