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Челябинскому инвестиционному банку «ЧЕЛЯБИНВЕСТБАНК» (публичное акционерное общество)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"Челябинвестбанк" (подробнее) Ответчики: КУИЗО г. Челябинск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