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МЧС России по Новосибирской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