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Рыбокомбинат «Островной»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