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Усмоновой Махине Рахматовне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