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2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«Международный аэропорт «Внуково»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