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«Кетовский коммерческий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