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 Магистраль Констракшн»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"ПРОЕКТНО СТРОИТЕЛЬНАЯ КОМПАНИЯ МАГИСТРАЛЬ КОНСТРАКШН" (подробнее) Ответчики: ООО "ИМПОРТ-ЛИНИИ"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