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2911 и 2916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Д.В. Тютин Российской Федерации Суд: Верховный Суд РФ (подробнее) Иные лица: Нейский межрайонный прокурор (подробнее) ООО "НЕЙСКАЯ АПТЕКА" (подробнее) Судьи дела: Тютин Д.В.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