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административно-технической инспекции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