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Частная охранная организация «Газохрана-Сервис»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войск национальной гвардии Российской Федерации по Республике Коми (подробнее) Ответчики: ООО ЧАСТНАЯ ОХРАННАЯ ОРГАНИЗАЦИЯ "ГАЗОХРАНА-СЕРВИС"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