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«Медицинская клиника «Ликонт 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Территориальный орган Федеральной службы по надзору в сфере здравоохранения по Волгоградской области (подробнее) Ответчики: ООО "Медицинская клиника "Ликонт Юг"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