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Фасгиеву Тимуру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