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«Дорожная строительная компания «Карьер»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Административный орган: Северное межрегиональное управление государственного автодорожного надзора федеральной службы по надзору в сфере транспорта (Северное МУГАДН) (подробнее) Северное межрегиональное управление Государственного автодорожного надзора Федеральной службы по надзору в сфере транспорта (подробнее) Ответчики: ООО "Дорожная Строительная Компания "Карьер" (подробнее) Иные лица: ООО Представитель Ответчика " ДСК "Карьер" по доверенности Цынгин Владимир Валентинович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