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«Дорожная строительная компания «Карьер»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