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Министерству природных ресурсов Краснодарского края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