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Тютюнник Андрей Петрович обратился в суд с заявлением о привлечении Сукача Сергея Викторовича, Осипенко А.В., Космыниной М.Г., Пигасина Эрия Петровича, общества с ограниченной ответственностью «Тисо» (далее – общество «Тисо»), Плешивых А.А., Якушева Александра Викторовича к субсидиарной ответственности по обязательствам должника. Определением Арбитражного суда Новосибирской области от 18.04.2022, оставленным без изменения постановлением Седьмого арбитражного апелляционного суда от 27.06.2022, требования удовлетворены частично, признано доказанным наличие оснований для привлечения Сукача С.В., Плешивых А.А., Пигасина Э.П. к субсидиарной ответственности по обязательствам должника, приостановлено производство по заявлению в части определения размера субсидиарной ответственности; отказано в удовлетворении требований в остальной части. Постановлением Арбитражного суда Западно-Сибирского округа от 12.10.2022 отменены определение суда первой инстанции от 18.04.2022 и постановление апелляционного суда от 27.06.2022 в части отказа 2 в привлечении Космыниной М.Г., Якушева А.В., Осипенко А. В., общества «Тисо» к субсидиарной ответственности по обязательствам должника; в отменённой части обособленный спор направлен на новое рассмотрение в Арбитражный суд Новосибирской области. В кассационной жалобе, поданной в Верховный Суд Российской Федерации, Осипенко А.В. просит оставить в силе указанное определение суда первой инстанции. В кассационной жалобе, поданной в Верховный Суд Российской Федерации, Плешивых А.А. просит отменить указанные судебные акты в части привлечения его к субсидиарной ответственности и принять новый судебный акт об отказе в удовлетворении требований в указанной части. В кассационной жалобе, поданной в Верховный Суд Российской Федерации, Космынина М.Г просит отменить постановление суда округа в части направления требований к ней на новое рассмотрение и оставить в силе определение суда первой инстанции в указанной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части привлечения Плешивых А.А. к субсидиарной ответственности, суды, руководствуясь положениями 61.11 и 61.12 Федерального закона от 26.10.2002 № 127-ФЗ «О несостоятельности (банкротстве)», пришли к выводу о доказанности совокупности условий, необходимых для привлечения Плешивых А.А., являвшегося контролирующим должника лицом, к субсидиарной ответственности по обязательствам общества, указав на совершение ответчиком действий, направленных на причинение вреда должнику и его кредиторам, которые привели к банкротству общества. Отменяя судебные акты в части и направляя вопрос о привлечении Космыниной М.Г., Якушева А.В., Осипенко А. В., общества «Тисо» к субсидиарной ответственности на новое рассмотрение, суд округа, руководствуюсь положениями статей 71, 168 и 170 Арбитражного процессуального кодекса Российской Федерации, исходил из неполного исследования судами обстоятельств дела, которые имеют существенное значение для разрешения спора в указанной части, что привело к преждевременным выводам и вынесению необоснованных судебных актов. Выводы судов в обжалуемых частях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3 влекущих за собой безусловную отмену судебных актов в обжалуемых частях, судами не допущено. Обжалуемое постановление суда округа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Плешивых А.А. об отсутствии у него статуса контролирующего должника лица были предметом рассмотрения судов, получили надлежащую правовую оценку и отклонены как несостоятельные с подробным изложением мотивов отклонения. В связи с тем, что вопрос об удовлетворении либо отказе в удовлетворении требований к Осипенко А.В. и Космыниной М.Г. арбитражным судом округа не был окончательно разрешён, заявители не лишены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Осипенко Андрею Владимировичу, Плешивых Аркадию Анатольевичу и Космыниной Марине Геннадьевне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