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Региональная служба по тарифам и ценообразованию Забайкальского края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