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«ЛВД»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"ЛВД" (подробнее) Ответчики: ГОСУДАРСТВЕННОЕ БЮДЖЕТНОЕ УЧРЕЖДЕНИЕ ЗДРАВООХРАНЕНИЯ МОСКОВСКОЙ ОБЛАСТИ "КОЛОМЕНСКАЯ ЦЕНТРАЛЬНАЯ РАЙОННАЯ БОЛЬНИЦА"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