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государственного жилищного надзора и лицензионного контроля Новгородской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