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Савицкий Виталий Анатольевич (подробнее) Ответчики: Центральное управление Федеральной службы по экологическому и атомному надзору (подробнее) Центральное управление Федеральной службы по экологическому, технологическому и атомному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