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ГОСУДАРСТВЕННОЕ БЮДЖЕТНОЕ УЧРЕЖДЕНИЕ ЗДРАВООХРАНЕНИЯ ГОРОДА МОСКВЫ "ИНФЕКЦИОННАЯ КЛИНИЧЕСКАЯ БОЛЬНИЦА №2 ДЕПАРТАМЕНТА ЗДРАВООХРАНЕНИЯ ГОРОДА МОСКВЫ" (подробнее) Иные лица: АНО "Судебный эксперт"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