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«Черкизовский мясоперерабатывающий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