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городского благоустройства администрации города Усть- Илимска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Департамент жилищной политики и городского хозяйства Администрации города Усть-Илимска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