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Федеральной службы исполнения наказаний по Нижегородской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