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22.09.2022,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предпринимателю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Ответчики: Управление Федеральной антимонопольной службы по Ростовской области (подробнее) ФГБУ здравоохранения "Южный окружной медицинский центр Федерального медико-биологического агентства" (подробнее) ФГБУЗ ЮОМЦ ФМБА РФ (подробнее) Иные лица: ИП Стремилов Антон Александрович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