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11.08.2022,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предпринимателю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ИП Салтанов Николай Михайлович (подробнее) Ответчики: ОСП УПРАВЛЕНИЕ ФЕДЕРАЛЬНОЙ СЛУЖБЫ ПО НАДЗОРУ В СФЕРЕ ЗАЩИТЫ ПРАВ ПОТРЕБИТЕЛЕЙ И БЛАГОПОЛУЧИЯ ЧЕЛОВЕКА ПО ЗАБАЙКАЛЬСКОМУ КРАЮ (подробнее) Иные лица: 4ААС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