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частное охранное предприятие «Лорд»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