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«Океан» обратилось в Арбитражный суд Новосибирской области с исковым заявлением к ООО «Базис-Обь» о понуждении ответчика в лице конкурсного управляющего ФИО1 исполнить пункт 2.6 договора купли-продажи доли в уставном капитале от 02.12.2016, заключив с истцом соглашение о новации, в соответствии с которым доля в уставном капитале ООО «Сибирь Экспоцентр» в размере 8,2515% (пропорционально неоплаченной сумме в размере 78 400 000 рублей) переходит в собственность ООО «Базис-Обь», а обязательства ООО «Океан» об уплате 78 400 000 рублей считаются исполненными. К участию в деле в качестве третьих лиц, не заявляющих самостоятельных требований относительно предмета спора, привлечены ООО «Сибирь Экспоцентр», Банк ВТБ (публичное акционерное общество (далее – Банк)). Решением Арбитражного суда Новосибирской области от 23.03.2022, оставленным без изменения постановлением Седьмого арбитражного апелляционного суда от 16.06.2022 и постановлением Арбитражного суда Западно-Сибирского округа от 07.10.2022,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 применены положения пункта 2 статьи 489 Гражданского кодекса Российской Федерации (далее – Гражданского кодекса) и применен пункт 3 статьи 488 названного Кодекса, не подлежащий применению. При действительности пункта 2.6 договора ответчик взял на себя обязательство заключить с истцом соглашение о новации.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02.12.2016 между обществом с ограниченной ответственностью «БФК-Базис» - в настоящее время ООО «Базис-Обь» (продавец) и ООО «Океан» (покупатель) заключен договор купли-продажи доли в уставном капитале ООО «Сибирь Экспоцентр» (далее – договор), по условиям которого продавец обязуется передать покупателю, а покупатель обязуется принять и оплатить принадлежащую продавцу долю в размере 50% уставного капитала ООО «Сибирь Экспоцентр», за цену и на условиях, предусмотренных настоящим договором. В соответствии с пунктом 2.1 договора отчуждаемая доля в размере 50% уставного капитала общества составляет 475 051 000 рублей; номинальная стоимость доли составляет 370 000 000 рублей. Пунктами 2.2.1-2.2.3 договора предусмотрено, что оплата отчуждаемой доли производится в следующем порядке: 228 000 000 рублей в срок не позднее 20.12.2016; 128 651 000 рублей в срок не позднее 31.01.2017; 40 000 000 рублей в срок до 31.01.2018; 78 400 000 рублей в срок до 31.01.2019. Согласно пункту 4.1 договора указанная доля в уставном капитале общества переходит от продавца к покупателю с момента внесения соответствующей записи в Единый государственный реестр юридических лиц (далее – ЕГРЮЛ). По сведениям, содержащимся в ЕГРЮЛ, 06.03.2017 в реестр внесена запись о принадлежности ООО «Океан» 100% долей в ООО «Сибирь Экспоцентр». В соответствии с дополнительным соглашением от 14.09.2018 к договору срок для окончательного расчета по договору установлен до 31.01.2022. Решением Арбитражного суда Новосибирской области от 18.05.2020 по делу № А45-24023/2019 ООО «Базис-Обь» признано несостоятельным (банкротом); открыто конкурсное производство, конкурсным управляющим утвержден ФИО1 Определением Арбитражного суда Новосибирской области от 05.07.2021 по делу № А45-24023/2019 по заявлению конкурсного кредитора – Банка дополнительное соглашение от 14.09.2018 к договору признано недействительным. Решением Арбитражного суда Новосибирской области от 10.12.2021 по делу № А45-19134/2020, вступившим в законную силу 14.03.2022, удовлетворены требования конкурсного управляющего ООО «Базис-Обь» о взыскании с ООО «Океан» неоплаченной стоимости доли в размере 78 400 000 рублей. ООО «Океан», ссылаясь на то, что в соответствии с пунктом 2.6 договора продавец принял на себя обязанность в случае, если покупатель не осуществит какую-либо из оплат, предусмотренную пунктами 2.2.1, 2.2.2, 2.2.3 настоящего договора, в установленные сроки, заключить с покупателем соглашение о новации, в соответствии с условиями которого отчуждаемая доля в уставном капитале общества, пропорционально неоплаченной покупателем сумме, переходит в собственность продавца, а обязательства покупателя по оплате в соответствии с пунктами 2.2.1, 2.2.2, 2.2.3, соответственно, считаются исполненными, обратился 03.12.2021 к конкурсному управляющему с предложением исполнить условие пункта 2.6 договора. Отказ конкурсного управляющего от заключения соглашения о новации послужил основанием для обращения ООО «Океан» в арбитражный суд с настоящим иском. Исследовав и оценив по правилам статьи 71 АПК РФ представленные доказательства, руководствуясь статьями 10 , 309 , 310 , 395 , 414 , 421 , 486 Гражданского кодекса Российской Федерации, статьей 21 Федерального закона от 08.02.1998 № 14-ФЗ «Об обществах с ограниченной ответственностью», разъяснениями, изложенными в пункте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43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отказали в удовлетворении требований, установив, что в ЕГРЮЛ 06.03.2017 внесена запись о принадлежности ООО «Океан» 100% долей уставного капитала ООО «Сибирь Экспоцентр» и в рамках дела № А45-19134/2020 с ООО «Океан» взыскана неоплаченная стоимость доли. Судебными инстанциями учтено, что истец фактически с 2017 года, являясь 100% собственником доли согласно данным ЕГРЮЛ, на протяжении более 4 лет осуществлял соответствующие права участника и корпоративный контроль в обществе, не оплачивая при этом полностью приобретенную часть доли. Данные действия истца квалифицированы судами как недобросовестные.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«Океан»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"Океан" (подробнее) Ответчики: ООО "БАЗИС-ОБЬ" (подробнее) ООО "Базис-Обь" к/у Казюрин Е.А. (подробнее) Иные лица: Арбитражный суд Западно-Сибирского округа (подробнее) ООО "Сибирский Экспоцентр" (подробнее) ПАО Банк ВТБ (подробнее) Седьмой арбитражный апелляционный суд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