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«Идеал-2000» удовлетворить. Предоставить обществу с ограниченной ответственностью «Идеал-2000»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