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11.10.2022,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«СтройКорпорация»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