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«Комитет по управлению имуществом города Снежинска»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