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«Эстетика»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"Эстетика" (подробнее) Ответчики: ТЕРРИТОРИАЛЬНЫЙ ОРГАН ФЕДЕРАЛЬНОЙ СЛУЖБЫ ПО НАДЗОРУ В СФЕРЕ ЗДРАВООХРАНЕНИЯ ПО КРАСНОЯРСКОМУ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