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«Кедр»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"Кедр" (подробнее) Ответчики: Краснодарское Управление Федеральной антимонопольной службы по Краснодарскому краю (подробнее) УФАС по КК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