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24.08.2022,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«Регион-Ойл»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Федеральное казенное учреждение "Колония-поселения №10 с особыми условиями хозяйственной деятельности Главного управления Федеральной службы исполнения наказаний по Красноярскому краю (подробнее) Ответчики: ООО "Регион-ойл"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