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«Шебекинская свинина»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