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Климову Артуру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